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0A4B61" w14:textId="77777777" w:rsidR="00265898" w:rsidRPr="00166772" w:rsidRDefault="00D631FC">
      <w:pPr>
        <w:jc w:val="center"/>
        <w:rPr>
          <w:lang w:val="it-IT"/>
        </w:rPr>
      </w:pPr>
      <w:r w:rsidRPr="00166772">
        <w:rPr>
          <w:b/>
          <w:sz w:val="26"/>
          <w:lang w:val="it-IT"/>
        </w:rPr>
        <w:t>ALLEGATO A</w:t>
      </w:r>
    </w:p>
    <w:p w14:paraId="64FAA226" w14:textId="77777777" w:rsidR="00265898" w:rsidRPr="00166772" w:rsidRDefault="00D631FC">
      <w:pPr>
        <w:jc w:val="center"/>
        <w:rPr>
          <w:lang w:val="it-IT"/>
        </w:rPr>
      </w:pPr>
      <w:r w:rsidRPr="00166772">
        <w:rPr>
          <w:b/>
          <w:sz w:val="30"/>
          <w:lang w:val="it-IT"/>
        </w:rPr>
        <w:t>DOMANDA DI PARTECIPAZIONE</w:t>
      </w:r>
    </w:p>
    <w:p w14:paraId="7E2B8ACE" w14:textId="6F5577E7" w:rsidR="00265898" w:rsidRPr="00166772" w:rsidRDefault="00D631FC">
      <w:pPr>
        <w:jc w:val="center"/>
        <w:rPr>
          <w:lang w:val="it-IT"/>
        </w:rPr>
      </w:pPr>
      <w:r w:rsidRPr="00166772">
        <w:rPr>
          <w:b/>
          <w:sz w:val="22"/>
          <w:lang w:val="it-IT"/>
        </w:rPr>
        <w:t>AVVISO PER LA SELEZIONE DEL DIRETTORE GENERALE</w:t>
      </w:r>
      <w:r w:rsidRPr="00166772">
        <w:rPr>
          <w:b/>
          <w:sz w:val="22"/>
          <w:lang w:val="it-IT"/>
        </w:rPr>
        <w:br/>
        <w:t>DELLA FONDAZIONE E DEL COLLEGIO DI MERITO “FERRANTE D’ARAGONA”</w:t>
      </w:r>
    </w:p>
    <w:p w14:paraId="6778FC77" w14:textId="77777777" w:rsidR="00265898" w:rsidRPr="00166772" w:rsidRDefault="00265898">
      <w:pPr>
        <w:rPr>
          <w:lang w:val="it-IT"/>
        </w:rPr>
      </w:pPr>
    </w:p>
    <w:p w14:paraId="277A5632" w14:textId="77777777" w:rsidR="00265898" w:rsidRPr="00166772" w:rsidRDefault="00D631FC">
      <w:pPr>
        <w:rPr>
          <w:lang w:val="it-IT"/>
        </w:rPr>
      </w:pPr>
      <w:r w:rsidRPr="00166772">
        <w:rPr>
          <w:b/>
          <w:lang w:val="it-IT"/>
        </w:rPr>
        <w:t>Alla Fondazione Collegio di Merito “Ferrante d’Aragona”</w:t>
      </w:r>
    </w:p>
    <w:p w14:paraId="1B498466" w14:textId="77777777" w:rsidR="00265898" w:rsidRPr="00166772" w:rsidRDefault="00D631FC">
      <w:pPr>
        <w:spacing w:after="60"/>
        <w:rPr>
          <w:lang w:val="it-IT"/>
        </w:rPr>
      </w:pPr>
      <w:r w:rsidRPr="00166772">
        <w:rPr>
          <w:b/>
          <w:lang w:val="it-IT"/>
        </w:rPr>
        <w:t xml:space="preserve">Cognome </w:t>
      </w:r>
      <w:r w:rsidRPr="00166772">
        <w:rPr>
          <w:lang w:val="it-IT"/>
        </w:rPr>
        <w:t>_______________________________________________________</w:t>
      </w:r>
    </w:p>
    <w:p w14:paraId="6E68F46D" w14:textId="77777777" w:rsidR="00265898" w:rsidRPr="00166772" w:rsidRDefault="00D631FC">
      <w:pPr>
        <w:spacing w:after="60"/>
        <w:rPr>
          <w:lang w:val="it-IT"/>
        </w:rPr>
      </w:pPr>
      <w:r w:rsidRPr="00166772">
        <w:rPr>
          <w:b/>
          <w:lang w:val="it-IT"/>
        </w:rPr>
        <w:t xml:space="preserve">Nome </w:t>
      </w:r>
      <w:r w:rsidRPr="00166772">
        <w:rPr>
          <w:lang w:val="it-IT"/>
        </w:rPr>
        <w:t>_______________________________________________________</w:t>
      </w:r>
    </w:p>
    <w:p w14:paraId="4B75DC5A" w14:textId="77777777" w:rsidR="00265898" w:rsidRPr="00166772" w:rsidRDefault="00D631FC">
      <w:pPr>
        <w:spacing w:after="60"/>
        <w:rPr>
          <w:lang w:val="it-IT"/>
        </w:rPr>
      </w:pPr>
      <w:r w:rsidRPr="00166772">
        <w:rPr>
          <w:b/>
          <w:lang w:val="it-IT"/>
        </w:rPr>
        <w:t xml:space="preserve">Codice fiscale </w:t>
      </w:r>
      <w:r w:rsidRPr="00166772">
        <w:rPr>
          <w:lang w:val="it-IT"/>
        </w:rPr>
        <w:t>_______________________________________________________</w:t>
      </w:r>
    </w:p>
    <w:p w14:paraId="039351F9" w14:textId="77777777" w:rsidR="00265898" w:rsidRPr="00166772" w:rsidRDefault="00D631FC">
      <w:pPr>
        <w:spacing w:after="60"/>
        <w:rPr>
          <w:lang w:val="it-IT"/>
        </w:rPr>
      </w:pPr>
      <w:r w:rsidRPr="00166772">
        <w:rPr>
          <w:b/>
          <w:lang w:val="it-IT"/>
        </w:rPr>
        <w:t xml:space="preserve">Nato/a </w:t>
      </w:r>
      <w:proofErr w:type="spellStart"/>
      <w:r w:rsidRPr="00166772">
        <w:rPr>
          <w:b/>
          <w:lang w:val="it-IT"/>
        </w:rPr>
        <w:t>a</w:t>
      </w:r>
      <w:proofErr w:type="spellEnd"/>
      <w:r w:rsidRPr="00166772">
        <w:rPr>
          <w:b/>
          <w:lang w:val="it-IT"/>
        </w:rPr>
        <w:t xml:space="preserve"> </w:t>
      </w:r>
      <w:r w:rsidRPr="00166772">
        <w:rPr>
          <w:lang w:val="it-IT"/>
        </w:rPr>
        <w:t>_______________________________________________________</w:t>
      </w:r>
    </w:p>
    <w:p w14:paraId="45BC78CD" w14:textId="77777777" w:rsidR="00265898" w:rsidRPr="00166772" w:rsidRDefault="00D631FC">
      <w:pPr>
        <w:spacing w:after="60"/>
        <w:rPr>
          <w:lang w:val="it-IT"/>
        </w:rPr>
      </w:pPr>
      <w:r w:rsidRPr="00166772">
        <w:rPr>
          <w:b/>
          <w:lang w:val="it-IT"/>
        </w:rPr>
        <w:t xml:space="preserve">Provincia/Stato </w:t>
      </w:r>
      <w:r w:rsidRPr="00166772">
        <w:rPr>
          <w:lang w:val="it-IT"/>
        </w:rPr>
        <w:t>_______________________________________________________</w:t>
      </w:r>
    </w:p>
    <w:p w14:paraId="6A7324EA" w14:textId="77777777" w:rsidR="00265898" w:rsidRPr="00166772" w:rsidRDefault="00D631FC">
      <w:pPr>
        <w:spacing w:after="60"/>
        <w:rPr>
          <w:lang w:val="it-IT"/>
        </w:rPr>
      </w:pPr>
      <w:r w:rsidRPr="00166772">
        <w:rPr>
          <w:b/>
          <w:lang w:val="it-IT"/>
        </w:rPr>
        <w:t xml:space="preserve">Data di nascita </w:t>
      </w:r>
      <w:r w:rsidRPr="00166772">
        <w:rPr>
          <w:lang w:val="it-IT"/>
        </w:rPr>
        <w:t>_______________________________________________________</w:t>
      </w:r>
    </w:p>
    <w:p w14:paraId="5E5C1A0B" w14:textId="77777777" w:rsidR="00265898" w:rsidRPr="00166772" w:rsidRDefault="00D631FC">
      <w:pPr>
        <w:spacing w:after="60"/>
        <w:rPr>
          <w:lang w:val="it-IT"/>
        </w:rPr>
      </w:pPr>
      <w:r w:rsidRPr="00166772">
        <w:rPr>
          <w:b/>
          <w:lang w:val="it-IT"/>
        </w:rPr>
        <w:t xml:space="preserve">Residente in </w:t>
      </w:r>
      <w:r w:rsidRPr="00166772">
        <w:rPr>
          <w:lang w:val="it-IT"/>
        </w:rPr>
        <w:t>_______________________________________________________</w:t>
      </w:r>
    </w:p>
    <w:p w14:paraId="0E600D90" w14:textId="77777777" w:rsidR="00265898" w:rsidRPr="00166772" w:rsidRDefault="00D631FC">
      <w:pPr>
        <w:spacing w:after="60"/>
        <w:rPr>
          <w:lang w:val="it-IT"/>
        </w:rPr>
      </w:pPr>
      <w:r w:rsidRPr="00166772">
        <w:rPr>
          <w:b/>
          <w:lang w:val="it-IT"/>
        </w:rPr>
        <w:t xml:space="preserve">Provincia / CAP </w:t>
      </w:r>
      <w:r w:rsidRPr="00166772">
        <w:rPr>
          <w:lang w:val="it-IT"/>
        </w:rPr>
        <w:t>_______________________________________________________</w:t>
      </w:r>
    </w:p>
    <w:p w14:paraId="15F50091" w14:textId="77777777" w:rsidR="00265898" w:rsidRPr="00166772" w:rsidRDefault="00D631FC">
      <w:pPr>
        <w:spacing w:after="60"/>
        <w:rPr>
          <w:lang w:val="it-IT"/>
        </w:rPr>
      </w:pPr>
      <w:r w:rsidRPr="00166772">
        <w:rPr>
          <w:b/>
          <w:lang w:val="it-IT"/>
        </w:rPr>
        <w:t xml:space="preserve">Indirizzo </w:t>
      </w:r>
      <w:r w:rsidRPr="00166772">
        <w:rPr>
          <w:lang w:val="it-IT"/>
        </w:rPr>
        <w:t>_______________________________________________________</w:t>
      </w:r>
    </w:p>
    <w:p w14:paraId="73237771" w14:textId="77777777" w:rsidR="00265898" w:rsidRPr="00166772" w:rsidRDefault="00D631FC">
      <w:pPr>
        <w:spacing w:after="60"/>
        <w:rPr>
          <w:lang w:val="it-IT"/>
        </w:rPr>
      </w:pPr>
      <w:r w:rsidRPr="00166772">
        <w:rPr>
          <w:b/>
          <w:lang w:val="it-IT"/>
        </w:rPr>
        <w:t xml:space="preserve">Domicilio, se diverso dalla residenza </w:t>
      </w:r>
      <w:r w:rsidRPr="00166772">
        <w:rPr>
          <w:lang w:val="it-IT"/>
        </w:rPr>
        <w:t>_______________________________________________________</w:t>
      </w:r>
    </w:p>
    <w:p w14:paraId="32AA0FCE" w14:textId="77777777" w:rsidR="00265898" w:rsidRPr="00166772" w:rsidRDefault="00D631FC">
      <w:pPr>
        <w:spacing w:after="60"/>
        <w:rPr>
          <w:lang w:val="it-IT"/>
        </w:rPr>
      </w:pPr>
      <w:r w:rsidRPr="00166772">
        <w:rPr>
          <w:b/>
          <w:lang w:val="it-IT"/>
        </w:rPr>
        <w:t xml:space="preserve">Telefono </w:t>
      </w:r>
      <w:r w:rsidRPr="00166772">
        <w:rPr>
          <w:lang w:val="it-IT"/>
        </w:rPr>
        <w:t>_______________________________________________________</w:t>
      </w:r>
    </w:p>
    <w:p w14:paraId="412D1EF0" w14:textId="77777777" w:rsidR="00265898" w:rsidRPr="00166772" w:rsidRDefault="00D631FC">
      <w:pPr>
        <w:spacing w:after="60"/>
        <w:rPr>
          <w:lang w:val="it-IT"/>
        </w:rPr>
      </w:pPr>
      <w:r w:rsidRPr="00166772">
        <w:rPr>
          <w:b/>
          <w:lang w:val="it-IT"/>
        </w:rPr>
        <w:t xml:space="preserve">E-mail </w:t>
      </w:r>
      <w:r w:rsidRPr="00166772">
        <w:rPr>
          <w:lang w:val="it-IT"/>
        </w:rPr>
        <w:t>_______________________________________________________</w:t>
      </w:r>
    </w:p>
    <w:p w14:paraId="7B08B380" w14:textId="77777777" w:rsidR="00265898" w:rsidRPr="00166772" w:rsidRDefault="00D631FC">
      <w:pPr>
        <w:spacing w:after="60"/>
        <w:rPr>
          <w:lang w:val="it-IT"/>
        </w:rPr>
      </w:pPr>
      <w:r w:rsidRPr="00166772">
        <w:rPr>
          <w:b/>
          <w:lang w:val="it-IT"/>
        </w:rPr>
        <w:t xml:space="preserve">PEC personale </w:t>
      </w:r>
      <w:r w:rsidRPr="00166772">
        <w:rPr>
          <w:lang w:val="it-IT"/>
        </w:rPr>
        <w:t>_______________________________________________________</w:t>
      </w:r>
    </w:p>
    <w:p w14:paraId="17DB3F4C" w14:textId="77777777" w:rsidR="00265898" w:rsidRDefault="00D631FC">
      <w:pPr>
        <w:jc w:val="center"/>
      </w:pPr>
      <w:r>
        <w:rPr>
          <w:b/>
          <w:sz w:val="24"/>
        </w:rPr>
        <w:t>CHIEDE</w:t>
      </w:r>
    </w:p>
    <w:p w14:paraId="5117FB95" w14:textId="046CFDA8" w:rsidR="00265898" w:rsidRPr="00166772" w:rsidRDefault="00D631FC">
      <w:pPr>
        <w:rPr>
          <w:lang w:val="it-IT"/>
        </w:rPr>
      </w:pPr>
      <w:r w:rsidRPr="00166772">
        <w:rPr>
          <w:lang w:val="it-IT"/>
        </w:rPr>
        <w:t xml:space="preserve">di essere ammesso/a </w:t>
      </w:r>
      <w:proofErr w:type="spellStart"/>
      <w:r w:rsidRPr="00166772">
        <w:rPr>
          <w:lang w:val="it-IT"/>
        </w:rPr>
        <w:t>a</w:t>
      </w:r>
      <w:proofErr w:type="spellEnd"/>
      <w:r w:rsidRPr="00166772">
        <w:rPr>
          <w:lang w:val="it-IT"/>
        </w:rPr>
        <w:t xml:space="preserve"> partecipare alla procedura comparativ</w:t>
      </w:r>
      <w:r w:rsidR="00315C5D">
        <w:rPr>
          <w:lang w:val="it-IT"/>
        </w:rPr>
        <w:t xml:space="preserve">a </w:t>
      </w:r>
      <w:r w:rsidRPr="00166772">
        <w:rPr>
          <w:lang w:val="it-IT"/>
        </w:rPr>
        <w:t>per il conferimento dell’incarico di Direttore Generale della Fondazione e del Collegio di Merito “Ferrante d’Aragona”, indetta con il relativo Avviso.</w:t>
      </w:r>
    </w:p>
    <w:p w14:paraId="201B6D14" w14:textId="77777777" w:rsidR="00265898" w:rsidRDefault="00D631FC">
      <w:r w:rsidRPr="00166772">
        <w:rPr>
          <w:lang w:val="it-IT"/>
        </w:rPr>
        <w:t xml:space="preserve">A tal fine, consapevole delle responsabilità e delle sanzioni penali previste dall’art. 76 del D.P.R. 28 dicembre 2000, n. 445 in caso di dichiarazioni mendaci, falsità negli atti e uso di atti falsi, nonché della decadenza dai benefici eventualmente conseguenti a dichiarazioni non veritiere, ai sensi degli artt. </w:t>
      </w:r>
      <w:r>
        <w:t>46 e 47 del D.P.R. n. 445/2000,</w:t>
      </w:r>
    </w:p>
    <w:p w14:paraId="57346BF6" w14:textId="77777777" w:rsidR="00265898" w:rsidRPr="00166772" w:rsidRDefault="00D631FC">
      <w:pPr>
        <w:jc w:val="center"/>
        <w:rPr>
          <w:lang w:val="it-IT"/>
        </w:rPr>
      </w:pPr>
      <w:r w:rsidRPr="00166772">
        <w:rPr>
          <w:b/>
          <w:sz w:val="24"/>
          <w:lang w:val="it-IT"/>
        </w:rPr>
        <w:t>DICHIARA</w:t>
      </w:r>
    </w:p>
    <w:p w14:paraId="111E9217" w14:textId="77777777" w:rsidR="00265898" w:rsidRPr="00166772" w:rsidRDefault="00D631FC">
      <w:pPr>
        <w:spacing w:before="140" w:after="60"/>
        <w:rPr>
          <w:lang w:val="it-IT"/>
        </w:rPr>
      </w:pPr>
      <w:r w:rsidRPr="00166772">
        <w:rPr>
          <w:b/>
          <w:sz w:val="22"/>
          <w:lang w:val="it-IT"/>
        </w:rPr>
        <w:t>1. Titolo di studio</w:t>
      </w:r>
    </w:p>
    <w:p w14:paraId="5CD7280A" w14:textId="77777777" w:rsidR="00265898" w:rsidRPr="00166772" w:rsidRDefault="00D631FC">
      <w:pPr>
        <w:spacing w:after="60"/>
        <w:rPr>
          <w:lang w:val="it-IT"/>
        </w:rPr>
      </w:pPr>
      <w:r w:rsidRPr="00166772">
        <w:rPr>
          <w:b/>
          <w:lang w:val="it-IT"/>
        </w:rPr>
        <w:t xml:space="preserve">Titolo di studio </w:t>
      </w:r>
      <w:r w:rsidRPr="00166772">
        <w:rPr>
          <w:lang w:val="it-IT"/>
        </w:rPr>
        <w:t>________________________________________________</w:t>
      </w:r>
    </w:p>
    <w:p w14:paraId="4527DD80" w14:textId="77777777" w:rsidR="00265898" w:rsidRPr="00166772" w:rsidRDefault="00D631FC">
      <w:pPr>
        <w:spacing w:after="60"/>
        <w:rPr>
          <w:lang w:val="it-IT"/>
        </w:rPr>
      </w:pPr>
      <w:r w:rsidRPr="00166772">
        <w:rPr>
          <w:b/>
          <w:lang w:val="it-IT"/>
        </w:rPr>
        <w:t xml:space="preserve">Conseguito presso </w:t>
      </w:r>
      <w:r w:rsidRPr="00166772">
        <w:rPr>
          <w:lang w:val="it-IT"/>
        </w:rPr>
        <w:t>_____________________________________________</w:t>
      </w:r>
    </w:p>
    <w:p w14:paraId="2569577C" w14:textId="77777777" w:rsidR="00265898" w:rsidRPr="00166772" w:rsidRDefault="00D631FC">
      <w:pPr>
        <w:spacing w:after="60"/>
        <w:rPr>
          <w:lang w:val="it-IT"/>
        </w:rPr>
      </w:pPr>
      <w:r w:rsidRPr="00166772">
        <w:rPr>
          <w:b/>
          <w:lang w:val="it-IT"/>
        </w:rPr>
        <w:t xml:space="preserve">Data e votazione </w:t>
      </w:r>
      <w:r w:rsidRPr="00166772">
        <w:rPr>
          <w:lang w:val="it-IT"/>
        </w:rPr>
        <w:t>______________________________________________</w:t>
      </w:r>
    </w:p>
    <w:p w14:paraId="554DFDAC" w14:textId="77777777" w:rsidR="00265898" w:rsidRPr="00166772" w:rsidRDefault="00D631FC">
      <w:pPr>
        <w:spacing w:after="60"/>
        <w:rPr>
          <w:lang w:val="it-IT"/>
        </w:rPr>
      </w:pPr>
      <w:r w:rsidRPr="00166772">
        <w:rPr>
          <w:b/>
          <w:lang w:val="it-IT"/>
        </w:rPr>
        <w:t xml:space="preserve">Provvedimento di equipollenza/equivalenza, se applicabile </w:t>
      </w:r>
      <w:r w:rsidRPr="00166772">
        <w:rPr>
          <w:lang w:val="it-IT"/>
        </w:rPr>
        <w:t>_________________________</w:t>
      </w:r>
    </w:p>
    <w:p w14:paraId="2C099038" w14:textId="77777777" w:rsidR="00265898" w:rsidRPr="00166772" w:rsidRDefault="00D631FC">
      <w:pPr>
        <w:spacing w:before="140" w:after="60"/>
        <w:rPr>
          <w:lang w:val="it-IT"/>
        </w:rPr>
      </w:pPr>
      <w:r w:rsidRPr="00166772">
        <w:rPr>
          <w:b/>
          <w:sz w:val="22"/>
          <w:lang w:val="it-IT"/>
        </w:rPr>
        <w:t>2. Esperienza professionale</w:t>
      </w:r>
    </w:p>
    <w:p w14:paraId="3DA53218" w14:textId="63F429D2" w:rsidR="00166772" w:rsidRPr="00166772" w:rsidRDefault="00D631FC">
      <w:pPr>
        <w:rPr>
          <w:lang w:val="it-IT"/>
        </w:rPr>
      </w:pPr>
      <w:r w:rsidRPr="00166772">
        <w:rPr>
          <w:lang w:val="it-IT"/>
        </w:rPr>
        <w:t xml:space="preserve">di possedere una particolare e comprovata qualificazione professionale coerente con le funzioni oggetto dell’incarico e le esperienze professionali analiticamente indicate nel curriculum vitae allegato, con </w:t>
      </w:r>
      <w:r w:rsidRPr="00166772">
        <w:rPr>
          <w:lang w:val="it-IT"/>
        </w:rPr>
        <w:lastRenderedPageBreak/>
        <w:t>particolare riferimento a funzioni direttive e/o manageriali, gestione di strutture e organizzazioni complesse, gestione amministrativa, economico-finanziaria e delle risorse umane.</w:t>
      </w:r>
    </w:p>
    <w:p w14:paraId="25C6E35C" w14:textId="50371023" w:rsidR="007106EB" w:rsidRDefault="00D631FC">
      <w:pPr>
        <w:spacing w:before="140" w:after="60"/>
        <w:rPr>
          <w:b/>
          <w:sz w:val="22"/>
          <w:lang w:val="it-IT"/>
        </w:rPr>
      </w:pPr>
      <w:r w:rsidRPr="00166772">
        <w:rPr>
          <w:b/>
          <w:sz w:val="22"/>
          <w:lang w:val="it-IT"/>
        </w:rPr>
        <w:t>3. Competenze professionali</w:t>
      </w:r>
    </w:p>
    <w:p w14:paraId="6B72FA16" w14:textId="3199E1EB" w:rsidR="007106EB" w:rsidRPr="007106EB" w:rsidRDefault="007106EB">
      <w:pPr>
        <w:spacing w:before="140" w:after="60"/>
        <w:rPr>
          <w:b/>
          <w:sz w:val="22"/>
          <w:lang w:val="it-IT"/>
        </w:rPr>
      </w:pPr>
      <w:r>
        <w:rPr>
          <w:b/>
          <w:sz w:val="22"/>
          <w:lang w:val="it-IT"/>
        </w:rPr>
        <w:t>__________________________________</w:t>
      </w:r>
    </w:p>
    <w:p w14:paraId="25E0011F" w14:textId="06B88200" w:rsidR="00265898" w:rsidRPr="00315C5D" w:rsidRDefault="00315C5D" w:rsidP="00166772">
      <w:pPr>
        <w:spacing w:after="40"/>
        <w:ind w:left="170" w:hanging="170"/>
        <w:rPr>
          <w:i/>
          <w:iCs/>
          <w:lang w:val="it-IT"/>
        </w:rPr>
      </w:pPr>
      <w:r w:rsidRPr="00315C5D">
        <w:rPr>
          <w:rFonts w:ascii="Segoe UI Symbol" w:hAnsi="Segoe UI Symbol" w:cs="Segoe UI Symbol"/>
          <w:i/>
          <w:iCs/>
          <w:lang w:val="it-IT"/>
        </w:rPr>
        <w:t xml:space="preserve">(Elencare </w:t>
      </w:r>
      <w:proofErr w:type="gramStart"/>
      <w:r w:rsidRPr="00315C5D">
        <w:rPr>
          <w:rFonts w:ascii="Segoe UI Symbol" w:hAnsi="Segoe UI Symbol" w:cs="Segoe UI Symbol"/>
          <w:i/>
          <w:iCs/>
          <w:lang w:val="it-IT"/>
        </w:rPr>
        <w:t>le competenza</w:t>
      </w:r>
      <w:proofErr w:type="gramEnd"/>
      <w:r w:rsidRPr="00315C5D">
        <w:rPr>
          <w:rFonts w:ascii="Segoe UI Symbol" w:hAnsi="Segoe UI Symbol" w:cs="Segoe UI Symbol"/>
          <w:i/>
          <w:iCs/>
          <w:lang w:val="it-IT"/>
        </w:rPr>
        <w:t xml:space="preserve"> secondo quanto previsto dall’avviso)</w:t>
      </w:r>
    </w:p>
    <w:p w14:paraId="1D97BAE9" w14:textId="77777777" w:rsidR="00265898" w:rsidRPr="00166772" w:rsidRDefault="00D631FC">
      <w:pPr>
        <w:spacing w:before="140" w:after="60"/>
        <w:rPr>
          <w:lang w:val="it-IT"/>
        </w:rPr>
      </w:pPr>
      <w:r w:rsidRPr="00166772">
        <w:rPr>
          <w:b/>
          <w:sz w:val="22"/>
          <w:lang w:val="it-IT"/>
        </w:rPr>
        <w:t>4. Conoscenze linguistiche e informatiche</w:t>
      </w:r>
    </w:p>
    <w:p w14:paraId="126FB7F5" w14:textId="77777777" w:rsidR="00315C5D" w:rsidRDefault="00D631FC">
      <w:pPr>
        <w:spacing w:after="60"/>
        <w:rPr>
          <w:lang w:val="it-IT"/>
        </w:rPr>
      </w:pPr>
      <w:r w:rsidRPr="00166772">
        <w:rPr>
          <w:lang w:val="it-IT"/>
        </w:rPr>
        <w:t>Livello di conoscenza della lingua inglese</w:t>
      </w:r>
    </w:p>
    <w:p w14:paraId="60EA3C68" w14:textId="47974CF2" w:rsidR="00265898" w:rsidRPr="00166772" w:rsidRDefault="00D631FC">
      <w:pPr>
        <w:spacing w:after="60"/>
        <w:rPr>
          <w:lang w:val="it-IT"/>
        </w:rPr>
      </w:pPr>
      <w:r w:rsidRPr="00166772">
        <w:rPr>
          <w:lang w:val="it-IT"/>
        </w:rPr>
        <w:t xml:space="preserve"> ________________________________</w:t>
      </w:r>
    </w:p>
    <w:p w14:paraId="6B0F2CA0" w14:textId="77777777" w:rsidR="00315C5D" w:rsidRDefault="00166772" w:rsidP="00166772">
      <w:pPr>
        <w:spacing w:after="40"/>
        <w:rPr>
          <w:lang w:val="it-IT"/>
        </w:rPr>
      </w:pPr>
      <w:r w:rsidRPr="00315C5D">
        <w:rPr>
          <w:rFonts w:ascii="DejaVu Sans" w:hAnsi="DejaVu Sans"/>
          <w:lang w:val="it-IT"/>
        </w:rPr>
        <w:t>C</w:t>
      </w:r>
      <w:r w:rsidR="00D631FC" w:rsidRPr="00315C5D">
        <w:rPr>
          <w:lang w:val="it-IT"/>
        </w:rPr>
        <w:t>onoscenza dei principali appl</w:t>
      </w:r>
      <w:r w:rsidRPr="00315C5D">
        <w:rPr>
          <w:lang w:val="it-IT"/>
        </w:rPr>
        <w:t>icativi e strumenti informatici</w:t>
      </w:r>
    </w:p>
    <w:p w14:paraId="3E867730" w14:textId="77777777" w:rsidR="00315C5D" w:rsidRPr="00315C5D" w:rsidRDefault="00315C5D" w:rsidP="00166772">
      <w:pPr>
        <w:spacing w:after="40"/>
        <w:rPr>
          <w:i/>
          <w:iCs/>
          <w:lang w:val="it-IT"/>
        </w:rPr>
      </w:pPr>
      <w:r w:rsidRPr="00315C5D">
        <w:rPr>
          <w:i/>
          <w:iCs/>
          <w:lang w:val="it-IT"/>
        </w:rPr>
        <w:t>(Elencare)</w:t>
      </w:r>
    </w:p>
    <w:p w14:paraId="7A780E47" w14:textId="48E2C403" w:rsidR="00265898" w:rsidRDefault="00166772" w:rsidP="00166772">
      <w:pPr>
        <w:spacing w:after="40"/>
        <w:rPr>
          <w:lang w:val="it-IT"/>
        </w:rPr>
      </w:pPr>
      <w:r w:rsidRPr="00315C5D">
        <w:rPr>
          <w:lang w:val="it-IT"/>
        </w:rPr>
        <w:t>______________________________________</w:t>
      </w:r>
    </w:p>
    <w:p w14:paraId="4DCD1700" w14:textId="64593075" w:rsidR="00315C5D" w:rsidRPr="00315C5D" w:rsidRDefault="00315C5D" w:rsidP="00166772">
      <w:pPr>
        <w:spacing w:after="40"/>
        <w:rPr>
          <w:i/>
          <w:iCs/>
          <w:lang w:val="it-IT"/>
        </w:rPr>
      </w:pPr>
      <w:r>
        <w:rPr>
          <w:lang w:val="it-IT"/>
        </w:rPr>
        <w:t xml:space="preserve">Altro </w:t>
      </w:r>
      <w:r w:rsidRPr="00315C5D">
        <w:rPr>
          <w:i/>
          <w:iCs/>
          <w:lang w:val="it-IT"/>
        </w:rPr>
        <w:t>(Elencare)</w:t>
      </w:r>
    </w:p>
    <w:p w14:paraId="567FEEC6" w14:textId="77777777" w:rsidR="00315C5D" w:rsidRDefault="00315C5D" w:rsidP="00315C5D">
      <w:pPr>
        <w:spacing w:after="40"/>
        <w:rPr>
          <w:lang w:val="it-IT"/>
        </w:rPr>
      </w:pPr>
      <w:r w:rsidRPr="00315C5D">
        <w:rPr>
          <w:lang w:val="it-IT"/>
        </w:rPr>
        <w:t>______________________________________</w:t>
      </w:r>
    </w:p>
    <w:p w14:paraId="19F13B62" w14:textId="77777777" w:rsidR="00315C5D" w:rsidRPr="00166772" w:rsidRDefault="00315C5D" w:rsidP="00166772">
      <w:pPr>
        <w:spacing w:after="40"/>
        <w:rPr>
          <w:lang w:val="it-IT"/>
        </w:rPr>
      </w:pPr>
    </w:p>
    <w:p w14:paraId="6AC8C575" w14:textId="77777777" w:rsidR="00265898" w:rsidRPr="00166772" w:rsidRDefault="00D631FC">
      <w:pPr>
        <w:spacing w:before="140" w:after="60"/>
        <w:rPr>
          <w:lang w:val="it-IT"/>
        </w:rPr>
      </w:pPr>
      <w:r w:rsidRPr="00166772">
        <w:rPr>
          <w:b/>
          <w:sz w:val="22"/>
          <w:lang w:val="it-IT"/>
        </w:rPr>
        <w:t>5. Requisiti generali</w:t>
      </w:r>
    </w:p>
    <w:p w14:paraId="1483B70C" w14:textId="4A86DD7A" w:rsidR="00265898" w:rsidRPr="00315C5D" w:rsidRDefault="00166772">
      <w:pPr>
        <w:spacing w:after="40"/>
        <w:ind w:left="170" w:hanging="170"/>
        <w:rPr>
          <w:i/>
          <w:iCs/>
          <w:lang w:val="it-IT"/>
        </w:rPr>
      </w:pPr>
      <w:r w:rsidRPr="00315C5D">
        <w:rPr>
          <w:rFonts w:ascii="DejaVu Sans" w:hAnsi="DejaVu Sans"/>
          <w:i/>
          <w:iCs/>
          <w:lang w:val="it-IT"/>
        </w:rPr>
        <w:t>Elencazione dei requisiti di cui all’art. 8 dell’avviso.</w:t>
      </w:r>
    </w:p>
    <w:p w14:paraId="1C11F106" w14:textId="77777777" w:rsidR="00265898" w:rsidRPr="00166772" w:rsidRDefault="00D631FC">
      <w:pPr>
        <w:rPr>
          <w:lang w:val="it-IT"/>
        </w:rPr>
      </w:pPr>
      <w:r w:rsidRPr="00166772">
        <w:rPr>
          <w:lang w:val="it-IT"/>
        </w:rPr>
        <w:t>Eventuali condanne, procedimenti, incompatibilità o situazioni di conflitto da dichiarare:</w:t>
      </w:r>
    </w:p>
    <w:p w14:paraId="7758265A" w14:textId="77777777" w:rsidR="00265898" w:rsidRPr="00166772" w:rsidRDefault="00D631FC">
      <w:pPr>
        <w:rPr>
          <w:lang w:val="it-IT"/>
        </w:rPr>
      </w:pPr>
      <w:r w:rsidRPr="00166772">
        <w:rPr>
          <w:lang w:val="it-IT"/>
        </w:rPr>
        <w:t>____________________________________________________________________________________________________</w:t>
      </w:r>
    </w:p>
    <w:p w14:paraId="0BC44D39" w14:textId="77777777" w:rsidR="00265898" w:rsidRPr="00166772" w:rsidRDefault="00D631FC">
      <w:pPr>
        <w:rPr>
          <w:lang w:val="it-IT"/>
        </w:rPr>
      </w:pPr>
      <w:r w:rsidRPr="00166772">
        <w:rPr>
          <w:lang w:val="it-IT"/>
        </w:rPr>
        <w:t>____________________________________________________________________________________________________</w:t>
      </w:r>
    </w:p>
    <w:p w14:paraId="55561861" w14:textId="77777777" w:rsidR="00265898" w:rsidRPr="00166772" w:rsidRDefault="00D631FC">
      <w:pPr>
        <w:spacing w:before="140" w:after="60"/>
        <w:rPr>
          <w:lang w:val="it-IT"/>
        </w:rPr>
      </w:pPr>
      <w:r w:rsidRPr="00166772">
        <w:rPr>
          <w:b/>
          <w:sz w:val="22"/>
          <w:lang w:val="it-IT"/>
        </w:rPr>
        <w:t>7. Trattamento economico, benefit e sistema premiale</w:t>
      </w:r>
    </w:p>
    <w:p w14:paraId="62F212E9" w14:textId="77777777" w:rsidR="00265898" w:rsidRPr="00166772" w:rsidRDefault="00D631FC">
      <w:pPr>
        <w:spacing w:after="40"/>
        <w:ind w:left="170" w:hanging="170"/>
        <w:rPr>
          <w:lang w:val="it-IT"/>
        </w:rPr>
      </w:pPr>
      <w:r w:rsidRPr="00166772">
        <w:rPr>
          <w:rFonts w:ascii="DejaVu Sans" w:hAnsi="DejaVu Sans"/>
          <w:lang w:val="it-IT"/>
        </w:rPr>
        <w:t xml:space="preserve">☐ </w:t>
      </w:r>
      <w:r w:rsidRPr="00166772">
        <w:rPr>
          <w:lang w:val="it-IT"/>
        </w:rPr>
        <w:t>di aver preso piena conoscenza della struttura del trattamento economico prevista dall’Avviso;</w:t>
      </w:r>
    </w:p>
    <w:p w14:paraId="7BCC4E08" w14:textId="77777777" w:rsidR="00265898" w:rsidRPr="00166772" w:rsidRDefault="00D631FC">
      <w:pPr>
        <w:spacing w:after="40"/>
        <w:ind w:left="170" w:hanging="170"/>
        <w:rPr>
          <w:lang w:val="it-IT"/>
        </w:rPr>
      </w:pPr>
      <w:r w:rsidRPr="00166772">
        <w:rPr>
          <w:rFonts w:ascii="DejaVu Sans" w:hAnsi="DejaVu Sans"/>
          <w:lang w:val="it-IT"/>
        </w:rPr>
        <w:t xml:space="preserve">☐ </w:t>
      </w:r>
      <w:r w:rsidRPr="00166772">
        <w:rPr>
          <w:lang w:val="it-IT"/>
        </w:rPr>
        <w:t>di accettare la natura eventuale del benefit residenziale e la relativa disciplina;</w:t>
      </w:r>
    </w:p>
    <w:p w14:paraId="67DA7D7E" w14:textId="77777777" w:rsidR="00265898" w:rsidRPr="00166772" w:rsidRDefault="00D631FC">
      <w:pPr>
        <w:spacing w:after="40"/>
        <w:ind w:left="170" w:hanging="170"/>
        <w:rPr>
          <w:lang w:val="it-IT"/>
        </w:rPr>
      </w:pPr>
      <w:r w:rsidRPr="00166772">
        <w:rPr>
          <w:rFonts w:ascii="DejaVu Sans" w:hAnsi="DejaVu Sans"/>
          <w:lang w:val="it-IT"/>
        </w:rPr>
        <w:t xml:space="preserve">☐ </w:t>
      </w:r>
      <w:r w:rsidRPr="00166772">
        <w:rPr>
          <w:lang w:val="it-IT"/>
        </w:rPr>
        <w:t>di essere consapevole della natura non automatica della retribuzione variabile annuale e del sistema MBO;</w:t>
      </w:r>
    </w:p>
    <w:p w14:paraId="440D3CE4" w14:textId="7E8E3AAF" w:rsidR="00265898" w:rsidRPr="00166772" w:rsidRDefault="00D631FC">
      <w:pPr>
        <w:spacing w:after="40"/>
        <w:ind w:left="170" w:hanging="170"/>
        <w:rPr>
          <w:lang w:val="it-IT"/>
        </w:rPr>
      </w:pPr>
      <w:r w:rsidRPr="00166772">
        <w:rPr>
          <w:rFonts w:ascii="DejaVu Sans" w:hAnsi="DejaVu Sans"/>
          <w:lang w:val="it-IT"/>
        </w:rPr>
        <w:t xml:space="preserve">☐ </w:t>
      </w:r>
      <w:r w:rsidRPr="00166772">
        <w:rPr>
          <w:lang w:val="it-IT"/>
        </w:rPr>
        <w:t>di aver preso conoscenza delle condizioni previste per il bonus strategico</w:t>
      </w:r>
      <w:r w:rsidR="00315C5D">
        <w:rPr>
          <w:lang w:val="it-IT"/>
        </w:rPr>
        <w:t>;</w:t>
      </w:r>
    </w:p>
    <w:p w14:paraId="4AE5C2CE" w14:textId="77777777" w:rsidR="00265898" w:rsidRPr="00166772" w:rsidRDefault="00D631FC">
      <w:pPr>
        <w:spacing w:after="40"/>
        <w:ind w:left="170" w:hanging="170"/>
        <w:rPr>
          <w:lang w:val="it-IT"/>
        </w:rPr>
      </w:pPr>
      <w:r w:rsidRPr="00166772">
        <w:rPr>
          <w:rFonts w:ascii="DejaVu Sans" w:hAnsi="DejaVu Sans"/>
          <w:lang w:val="it-IT"/>
        </w:rPr>
        <w:t xml:space="preserve">☐ </w:t>
      </w:r>
      <w:r w:rsidRPr="00166772">
        <w:rPr>
          <w:lang w:val="it-IT"/>
        </w:rPr>
        <w:t>di essere consapevole che l’ottenimento dell’accreditamento ministeriale del Collegio costituisce condizione essenziale prevista dall’Avviso per la maturazione del bonus strategico.</w:t>
      </w:r>
    </w:p>
    <w:p w14:paraId="6B6F39B7" w14:textId="77777777" w:rsidR="00265898" w:rsidRPr="00166772" w:rsidRDefault="00D631FC">
      <w:pPr>
        <w:spacing w:before="140" w:after="60"/>
        <w:rPr>
          <w:lang w:val="it-IT"/>
        </w:rPr>
      </w:pPr>
      <w:r w:rsidRPr="00166772">
        <w:rPr>
          <w:b/>
          <w:sz w:val="22"/>
          <w:lang w:val="it-IT"/>
        </w:rPr>
        <w:t>8. Accettazione dell’Avviso</w:t>
      </w:r>
    </w:p>
    <w:p w14:paraId="25061C5D" w14:textId="592B9A64" w:rsidR="00265898" w:rsidRPr="00166772" w:rsidRDefault="00D631FC">
      <w:pPr>
        <w:spacing w:after="40"/>
        <w:ind w:left="170" w:hanging="170"/>
        <w:rPr>
          <w:lang w:val="it-IT"/>
        </w:rPr>
      </w:pPr>
      <w:r w:rsidRPr="00166772">
        <w:rPr>
          <w:rFonts w:ascii="DejaVu Sans" w:hAnsi="DejaVu Sans"/>
          <w:lang w:val="it-IT"/>
        </w:rPr>
        <w:t xml:space="preserve">☐ </w:t>
      </w:r>
      <w:r w:rsidRPr="00166772">
        <w:rPr>
          <w:lang w:val="it-IT"/>
        </w:rPr>
        <w:t xml:space="preserve">di aver preso piena e integrale conoscenza dell’Avviso </w:t>
      </w:r>
      <w:r w:rsidR="00315C5D">
        <w:rPr>
          <w:strike/>
          <w:lang w:val="it-IT"/>
        </w:rPr>
        <w:t>e</w:t>
      </w:r>
      <w:r w:rsidRPr="00166772">
        <w:rPr>
          <w:lang w:val="it-IT"/>
        </w:rPr>
        <w:t xml:space="preserve"> di accettarne integralmente e incondizionatamente tutte le disposizioni;</w:t>
      </w:r>
    </w:p>
    <w:p w14:paraId="767AF16D" w14:textId="77777777" w:rsidR="00265898" w:rsidRPr="00166772" w:rsidRDefault="00D631FC">
      <w:pPr>
        <w:spacing w:after="40"/>
        <w:ind w:left="170" w:hanging="170"/>
        <w:rPr>
          <w:lang w:val="it-IT"/>
        </w:rPr>
      </w:pPr>
      <w:r w:rsidRPr="00166772">
        <w:rPr>
          <w:rFonts w:ascii="DejaVu Sans" w:hAnsi="DejaVu Sans"/>
          <w:lang w:val="it-IT"/>
        </w:rPr>
        <w:t xml:space="preserve">☐ </w:t>
      </w:r>
      <w:r w:rsidRPr="00166772">
        <w:rPr>
          <w:lang w:val="it-IT"/>
        </w:rPr>
        <w:t>di essere consapevole che la partecipazione non determina alcun diritto al conferimento dell’incarico;</w:t>
      </w:r>
    </w:p>
    <w:p w14:paraId="658CD40A" w14:textId="77777777" w:rsidR="00265898" w:rsidRPr="00166772" w:rsidRDefault="00D631FC">
      <w:pPr>
        <w:spacing w:after="40"/>
        <w:ind w:left="170" w:hanging="170"/>
        <w:rPr>
          <w:lang w:val="it-IT"/>
        </w:rPr>
      </w:pPr>
      <w:r w:rsidRPr="00166772">
        <w:rPr>
          <w:rFonts w:ascii="DejaVu Sans" w:hAnsi="DejaVu Sans"/>
          <w:lang w:val="it-IT"/>
        </w:rPr>
        <w:t xml:space="preserve">☐ </w:t>
      </w:r>
      <w:r w:rsidRPr="00166772">
        <w:rPr>
          <w:lang w:val="it-IT"/>
        </w:rPr>
        <w:t>di essere consapevole che la procedura non dà luogo alla formazione di una graduatoria di merito né costituisce titolo per l’accesso ai ruoli del pubblico impiego;</w:t>
      </w:r>
    </w:p>
    <w:p w14:paraId="66AF5D9F" w14:textId="77777777" w:rsidR="00265898" w:rsidRPr="00166772" w:rsidRDefault="00D631FC">
      <w:pPr>
        <w:spacing w:after="40"/>
        <w:ind w:left="170" w:hanging="170"/>
        <w:rPr>
          <w:lang w:val="it-IT"/>
        </w:rPr>
      </w:pPr>
      <w:r w:rsidRPr="00166772">
        <w:rPr>
          <w:rFonts w:ascii="DejaVu Sans" w:hAnsi="DejaVu Sans"/>
          <w:lang w:val="it-IT"/>
        </w:rPr>
        <w:t xml:space="preserve">☐ </w:t>
      </w:r>
      <w:r w:rsidRPr="00166772">
        <w:rPr>
          <w:lang w:val="it-IT"/>
        </w:rPr>
        <w:t>di impegnarsi a comunicare tempestivamente ogni variazione delle informazioni dichiarate;</w:t>
      </w:r>
    </w:p>
    <w:p w14:paraId="70A77C5E" w14:textId="77777777" w:rsidR="00265898" w:rsidRPr="00166772" w:rsidRDefault="00D631FC">
      <w:pPr>
        <w:spacing w:after="40"/>
        <w:ind w:left="170" w:hanging="170"/>
        <w:rPr>
          <w:lang w:val="it-IT"/>
        </w:rPr>
      </w:pPr>
      <w:r w:rsidRPr="00166772">
        <w:rPr>
          <w:rFonts w:ascii="DejaVu Sans" w:hAnsi="DejaVu Sans"/>
          <w:lang w:val="it-IT"/>
        </w:rPr>
        <w:t xml:space="preserve">☐ </w:t>
      </w:r>
      <w:r w:rsidRPr="00166772">
        <w:rPr>
          <w:lang w:val="it-IT"/>
        </w:rPr>
        <w:t>di essere consapevole che tutti i requisiti di ammissione devono essere posseduti alla data di scadenza dell’Avviso e mantenuti al momento dell’eventuale conferimento dell’incarico.</w:t>
      </w:r>
    </w:p>
    <w:p w14:paraId="645B19A8" w14:textId="77777777" w:rsidR="00265898" w:rsidRPr="00166772" w:rsidRDefault="00D631FC">
      <w:pPr>
        <w:spacing w:before="140" w:after="60"/>
        <w:rPr>
          <w:lang w:val="it-IT"/>
        </w:rPr>
      </w:pPr>
      <w:r w:rsidRPr="00166772">
        <w:rPr>
          <w:b/>
          <w:sz w:val="22"/>
          <w:lang w:val="it-IT"/>
        </w:rPr>
        <w:lastRenderedPageBreak/>
        <w:t>9. Trattamento dei dati personali</w:t>
      </w:r>
    </w:p>
    <w:p w14:paraId="15F43772" w14:textId="77777777" w:rsidR="00265898" w:rsidRPr="00166772" w:rsidRDefault="00D631FC">
      <w:pPr>
        <w:spacing w:after="40"/>
        <w:ind w:left="170" w:hanging="170"/>
        <w:rPr>
          <w:lang w:val="it-IT"/>
        </w:rPr>
      </w:pPr>
      <w:r w:rsidRPr="00166772">
        <w:rPr>
          <w:rFonts w:ascii="DejaVu Sans" w:hAnsi="DejaVu Sans"/>
          <w:lang w:val="it-IT"/>
        </w:rPr>
        <w:t xml:space="preserve">☐ </w:t>
      </w:r>
      <w:r w:rsidRPr="00166772">
        <w:rPr>
          <w:lang w:val="it-IT"/>
        </w:rPr>
        <w:t>di aver preso visione dell’informativa sul trattamento dei dati personali contenuta nell’Avviso e di essere consapevole che i dati forniti saranno trattati esclusivamente per le finalità connesse alla procedura selettiva e, in caso di conferimento dell’incarico, alla gestione del rapporto contrattuale, nel rispetto del Regolamento (UE) 2016/679 e della normativa nazionale vigente.</w:t>
      </w:r>
    </w:p>
    <w:p w14:paraId="54FFDC17" w14:textId="77777777" w:rsidR="00265898" w:rsidRPr="00166772" w:rsidRDefault="00D631FC">
      <w:pPr>
        <w:spacing w:before="140" w:after="60"/>
        <w:rPr>
          <w:lang w:val="it-IT"/>
        </w:rPr>
      </w:pPr>
      <w:r w:rsidRPr="00166772">
        <w:rPr>
          <w:b/>
          <w:sz w:val="22"/>
          <w:lang w:val="it-IT"/>
        </w:rPr>
        <w:t>ALLEGATI</w:t>
      </w:r>
    </w:p>
    <w:p w14:paraId="76AB49BA" w14:textId="77777777" w:rsidR="00265898" w:rsidRPr="00166772" w:rsidRDefault="00D631FC">
      <w:pPr>
        <w:spacing w:after="40"/>
        <w:ind w:left="170" w:hanging="170"/>
        <w:rPr>
          <w:lang w:val="it-IT"/>
        </w:rPr>
      </w:pPr>
      <w:r w:rsidRPr="00166772">
        <w:rPr>
          <w:rFonts w:ascii="DejaVu Sans" w:hAnsi="DejaVu Sans"/>
          <w:lang w:val="it-IT"/>
        </w:rPr>
        <w:t xml:space="preserve">☐ </w:t>
      </w:r>
      <w:r w:rsidRPr="00166772">
        <w:rPr>
          <w:lang w:val="it-IT"/>
        </w:rPr>
        <w:t>curriculum vitae professionale, datato e sottoscritto, contenente l’indicazione analitica delle esperienze, degli incarichi e delle competenze rilevanti ai fini della selezione;</w:t>
      </w:r>
    </w:p>
    <w:p w14:paraId="24384993" w14:textId="31C4D591" w:rsidR="00265898" w:rsidRPr="00166772" w:rsidRDefault="00D631FC">
      <w:pPr>
        <w:spacing w:after="40"/>
        <w:ind w:left="170" w:hanging="170"/>
        <w:rPr>
          <w:lang w:val="it-IT"/>
        </w:rPr>
      </w:pPr>
      <w:r w:rsidRPr="00166772">
        <w:rPr>
          <w:rFonts w:ascii="DejaVu Sans" w:hAnsi="DejaVu Sans"/>
          <w:lang w:val="it-IT"/>
        </w:rPr>
        <w:t xml:space="preserve">☐ </w:t>
      </w:r>
      <w:r w:rsidRPr="00166772">
        <w:rPr>
          <w:lang w:val="it-IT"/>
        </w:rPr>
        <w:t>copia di un documento di identità in corso di validità;</w:t>
      </w:r>
    </w:p>
    <w:p w14:paraId="1E6B608D" w14:textId="77777777" w:rsidR="00265898" w:rsidRPr="00166772" w:rsidRDefault="00D631FC">
      <w:pPr>
        <w:spacing w:after="40"/>
        <w:ind w:left="170" w:hanging="170"/>
        <w:rPr>
          <w:lang w:val="it-IT"/>
        </w:rPr>
      </w:pPr>
      <w:r w:rsidRPr="00166772">
        <w:rPr>
          <w:rFonts w:ascii="DejaVu Sans" w:hAnsi="DejaVu Sans"/>
          <w:lang w:val="it-IT"/>
        </w:rPr>
        <w:t xml:space="preserve">☐ </w:t>
      </w:r>
      <w:r w:rsidRPr="00166772">
        <w:rPr>
          <w:lang w:val="it-IT"/>
        </w:rPr>
        <w:t>documentazione relativa all’eventuale equipollenza/equivalenza del titolo di studio, ove necessaria;</w:t>
      </w:r>
    </w:p>
    <w:p w14:paraId="1863B407" w14:textId="77777777" w:rsidR="00265898" w:rsidRPr="00166772" w:rsidRDefault="00D631FC">
      <w:pPr>
        <w:spacing w:after="40"/>
        <w:ind w:left="170" w:hanging="170"/>
        <w:rPr>
          <w:lang w:val="it-IT"/>
        </w:rPr>
      </w:pPr>
      <w:r w:rsidRPr="00166772">
        <w:rPr>
          <w:rFonts w:ascii="DejaVu Sans" w:hAnsi="DejaVu Sans"/>
          <w:lang w:val="it-IT"/>
        </w:rPr>
        <w:t xml:space="preserve">☐ </w:t>
      </w:r>
      <w:r w:rsidRPr="00166772">
        <w:rPr>
          <w:lang w:val="it-IT"/>
        </w:rPr>
        <w:t>eventuale ulteriore documentazione richiesta dall’Avviso o utile ai fini della valutazione;</w:t>
      </w:r>
    </w:p>
    <w:p w14:paraId="0898DB68" w14:textId="77777777" w:rsidR="00265898" w:rsidRPr="00166772" w:rsidRDefault="00265898">
      <w:pPr>
        <w:rPr>
          <w:lang w:val="it-IT"/>
        </w:rPr>
      </w:pPr>
    </w:p>
    <w:p w14:paraId="6B25C945" w14:textId="77777777" w:rsidR="00265898" w:rsidRPr="00166772" w:rsidRDefault="00D631FC">
      <w:pPr>
        <w:rPr>
          <w:lang w:val="it-IT"/>
        </w:rPr>
      </w:pPr>
      <w:r w:rsidRPr="00166772">
        <w:rPr>
          <w:lang w:val="it-IT"/>
        </w:rPr>
        <w:t>Il/La sottoscritto/a dichiara che quanto riportato nella presente domanda e nel curriculum vitae allegato corrisponde al vero.</w:t>
      </w:r>
    </w:p>
    <w:p w14:paraId="23A74784" w14:textId="77777777" w:rsidR="00265898" w:rsidRPr="00166772" w:rsidRDefault="00D631FC">
      <w:pPr>
        <w:spacing w:after="60"/>
        <w:rPr>
          <w:lang w:val="it-IT"/>
        </w:rPr>
      </w:pPr>
      <w:r w:rsidRPr="00166772">
        <w:rPr>
          <w:b/>
          <w:lang w:val="it-IT"/>
        </w:rPr>
        <w:t xml:space="preserve">Luogo e data </w:t>
      </w:r>
      <w:r w:rsidRPr="00166772">
        <w:rPr>
          <w:lang w:val="it-IT"/>
        </w:rPr>
        <w:t>_____________________________________________</w:t>
      </w:r>
    </w:p>
    <w:p w14:paraId="636F588F" w14:textId="77777777" w:rsidR="00265898" w:rsidRPr="00166772" w:rsidRDefault="00265898">
      <w:pPr>
        <w:rPr>
          <w:lang w:val="it-IT"/>
        </w:rPr>
      </w:pPr>
    </w:p>
    <w:p w14:paraId="41A55C56" w14:textId="77777777" w:rsidR="00265898" w:rsidRPr="00166772" w:rsidRDefault="00D631FC">
      <w:pPr>
        <w:jc w:val="right"/>
        <w:rPr>
          <w:lang w:val="it-IT"/>
        </w:rPr>
      </w:pPr>
      <w:r w:rsidRPr="00166772">
        <w:rPr>
          <w:b/>
          <w:lang w:val="it-IT"/>
        </w:rPr>
        <w:t>Firma del/della candidato/a</w:t>
      </w:r>
      <w:r w:rsidRPr="00166772">
        <w:rPr>
          <w:b/>
          <w:lang w:val="it-IT"/>
        </w:rPr>
        <w:br/>
      </w:r>
      <w:r w:rsidRPr="00166772">
        <w:rPr>
          <w:b/>
          <w:lang w:val="it-IT"/>
        </w:rPr>
        <w:br/>
        <w:t>_______________________________</w:t>
      </w:r>
    </w:p>
    <w:sectPr w:rsidR="00265898" w:rsidRPr="00166772" w:rsidSect="00034616">
      <w:headerReference w:type="default" r:id="rId8"/>
      <w:footerReference w:type="default" r:id="rId9"/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9E5B8D" w14:textId="77777777" w:rsidR="008707CB" w:rsidRDefault="008707CB">
      <w:pPr>
        <w:spacing w:after="0" w:line="240" w:lineRule="auto"/>
      </w:pPr>
      <w:r>
        <w:separator/>
      </w:r>
    </w:p>
  </w:endnote>
  <w:endnote w:type="continuationSeparator" w:id="0">
    <w:p w14:paraId="0BDE8DAE" w14:textId="77777777" w:rsidR="008707CB" w:rsidRDefault="00870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jaVu Sans">
    <w:altName w:val="Verdan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C3BD1D" w14:textId="77777777" w:rsidR="00265898" w:rsidRDefault="00D631FC">
    <w:pPr>
      <w:pStyle w:val="Pidipagina"/>
      <w:jc w:val="center"/>
    </w:pPr>
    <w:proofErr w:type="spellStart"/>
    <w:r>
      <w:rPr>
        <w:sz w:val="16"/>
      </w:rPr>
      <w:t>Allegato</w:t>
    </w:r>
    <w:proofErr w:type="spellEnd"/>
    <w:r>
      <w:rPr>
        <w:sz w:val="16"/>
      </w:rPr>
      <w:t xml:space="preserve"> A - Schema di </w:t>
    </w:r>
    <w:proofErr w:type="spellStart"/>
    <w:r>
      <w:rPr>
        <w:sz w:val="16"/>
      </w:rPr>
      <w:t>domanda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DF6AD4" w14:textId="77777777" w:rsidR="008707CB" w:rsidRDefault="008707CB">
      <w:pPr>
        <w:spacing w:after="0" w:line="240" w:lineRule="auto"/>
      </w:pPr>
      <w:r>
        <w:separator/>
      </w:r>
    </w:p>
  </w:footnote>
  <w:footnote w:type="continuationSeparator" w:id="0">
    <w:p w14:paraId="129A16B0" w14:textId="77777777" w:rsidR="008707CB" w:rsidRDefault="00870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52AA07" w14:textId="77777777" w:rsidR="00265898" w:rsidRPr="00166772" w:rsidRDefault="00D631FC">
    <w:pPr>
      <w:pStyle w:val="Intestazione"/>
      <w:jc w:val="center"/>
      <w:rPr>
        <w:lang w:val="it-IT"/>
      </w:rPr>
    </w:pPr>
    <w:r w:rsidRPr="00166772">
      <w:rPr>
        <w:b/>
        <w:sz w:val="18"/>
        <w:lang w:val="it-IT"/>
      </w:rPr>
      <w:t>Fondazione Collegio di Merito Ferrante d’Aragona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56587506">
    <w:abstractNumId w:val="8"/>
  </w:num>
  <w:num w:numId="2" w16cid:durableId="495193099">
    <w:abstractNumId w:val="6"/>
  </w:num>
  <w:num w:numId="3" w16cid:durableId="1222474731">
    <w:abstractNumId w:val="5"/>
  </w:num>
  <w:num w:numId="4" w16cid:durableId="690108677">
    <w:abstractNumId w:val="4"/>
  </w:num>
  <w:num w:numId="5" w16cid:durableId="399711863">
    <w:abstractNumId w:val="7"/>
  </w:num>
  <w:num w:numId="6" w16cid:durableId="1613785000">
    <w:abstractNumId w:val="3"/>
  </w:num>
  <w:num w:numId="7" w16cid:durableId="1129854880">
    <w:abstractNumId w:val="2"/>
  </w:num>
  <w:num w:numId="8" w16cid:durableId="740180778">
    <w:abstractNumId w:val="1"/>
  </w:num>
  <w:num w:numId="9" w16cid:durableId="178769530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5DDC"/>
    <w:rsid w:val="0006063C"/>
    <w:rsid w:val="0015074B"/>
    <w:rsid w:val="00166772"/>
    <w:rsid w:val="00265898"/>
    <w:rsid w:val="0029639D"/>
    <w:rsid w:val="00315C5D"/>
    <w:rsid w:val="00326F90"/>
    <w:rsid w:val="00580F65"/>
    <w:rsid w:val="00696EC5"/>
    <w:rsid w:val="007106EB"/>
    <w:rsid w:val="008707CB"/>
    <w:rsid w:val="00AA1D8D"/>
    <w:rsid w:val="00B47730"/>
    <w:rsid w:val="00C95CE0"/>
    <w:rsid w:val="00CB0664"/>
    <w:rsid w:val="00D04156"/>
    <w:rsid w:val="00D631F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FB9195"/>
  <w14:defaultImageDpi w14:val="300"/>
  <w15:docId w15:val="{2C041694-5724-484A-BDC1-D7D376A46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Arial" w:hAnsi="Arial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0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e">
    <w:name w:val="Revision"/>
    <w:hidden/>
    <w:uiPriority w:val="99"/>
    <w:semiHidden/>
    <w:rsid w:val="00315C5D"/>
    <w:pPr>
      <w:spacing w:after="0" w:line="240" w:lineRule="auto"/>
    </w:pPr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475CF91-BB85-4FF7-9806-35C4B9682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607</Words>
  <Characters>5002</Characters>
  <Application>Microsoft Office Word</Application>
  <DocSecurity>0</DocSecurity>
  <Lines>89</Lines>
  <Paragraphs>67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5542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Francesco Tarquini</cp:lastModifiedBy>
  <cp:revision>3</cp:revision>
  <dcterms:created xsi:type="dcterms:W3CDTF">2026-09-04T17:02:00Z</dcterms:created>
  <dcterms:modified xsi:type="dcterms:W3CDTF">2026-09-04T17:53:00Z</dcterms:modified>
  <cp:category/>
</cp:coreProperties>
</file>